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18D" w:rsidRPr="00650EBC" w:rsidRDefault="00000000" w:rsidP="00346B81">
      <w:pPr>
        <w:pStyle w:val="Title"/>
        <w:spacing w:after="0"/>
        <w:rPr>
          <w:sz w:val="48"/>
          <w:szCs w:val="48"/>
        </w:rPr>
      </w:pPr>
      <w:r w:rsidRPr="00650EBC">
        <w:rPr>
          <w:sz w:val="48"/>
          <w:szCs w:val="48"/>
        </w:rPr>
        <w:t>Employee Performance Review</w:t>
      </w:r>
      <w:r w:rsidR="000B1E73" w:rsidRPr="00650EBC">
        <w:rPr>
          <w:sz w:val="48"/>
          <w:szCs w:val="48"/>
        </w:rPr>
        <w:t xml:space="preserve"> – </w:t>
      </w:r>
      <w:r w:rsidR="00BE3E5C" w:rsidRPr="00650EBC">
        <w:rPr>
          <w:sz w:val="48"/>
          <w:szCs w:val="48"/>
        </w:rPr>
        <w:t>Agency Name</w:t>
      </w:r>
    </w:p>
    <w:p w:rsidR="001A718D" w:rsidRDefault="00000000" w:rsidP="00BE3E5C">
      <w:pPr>
        <w:pStyle w:val="Heading1"/>
        <w:spacing w:before="120"/>
      </w:pPr>
      <w:r>
        <w:t>1. Employee Information</w:t>
      </w:r>
    </w:p>
    <w:p w:rsidR="001A718D" w:rsidRDefault="00000000">
      <w:r>
        <w:t>Employee Name:</w:t>
      </w:r>
    </w:p>
    <w:p w:rsidR="001A718D" w:rsidRDefault="00000000">
      <w:r>
        <w:t>Job Title:</w:t>
      </w:r>
    </w:p>
    <w:p w:rsidR="001A718D" w:rsidRDefault="00000000">
      <w:r>
        <w:t>Department:</w:t>
      </w:r>
    </w:p>
    <w:p w:rsidR="001A718D" w:rsidRDefault="00000000">
      <w:r>
        <w:t>Reviewer Name &amp; Title:</w:t>
      </w:r>
    </w:p>
    <w:p w:rsidR="001A718D" w:rsidRDefault="00000000">
      <w:r>
        <w:t>Review Period:</w:t>
      </w:r>
    </w:p>
    <w:p w:rsidR="001A718D" w:rsidRDefault="00000000">
      <w:r>
        <w:t>Date of Review:</w:t>
      </w:r>
    </w:p>
    <w:p w:rsidR="001A718D" w:rsidRDefault="00000000" w:rsidP="00BE3E5C">
      <w:pPr>
        <w:pStyle w:val="Heading1"/>
        <w:spacing w:before="160"/>
      </w:pPr>
      <w:r>
        <w:t>2. Core Competencies Assessment</w:t>
      </w:r>
    </w:p>
    <w:p w:rsidR="001A718D" w:rsidRDefault="00000000">
      <w:r>
        <w:t>Rating Scale:</w:t>
      </w:r>
      <w:r>
        <w:br/>
        <w:t>1 = Unsatisfactory, 2 = Needs Improvement, 3 = Meets Expectations, 4 = Exceeds Expectations, 5 = Outstanding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80"/>
        <w:gridCol w:w="876"/>
        <w:gridCol w:w="6679"/>
      </w:tblGrid>
      <w:tr w:rsidR="001A718D" w:rsidRPr="000B1E73" w:rsidTr="00BE3E5C">
        <w:tc>
          <w:tcPr>
            <w:tcW w:w="2880" w:type="dxa"/>
            <w:shd w:val="clear" w:color="auto" w:fill="F2F2F2" w:themeFill="background1" w:themeFillShade="F2"/>
            <w:vAlign w:val="center"/>
          </w:tcPr>
          <w:p w:rsidR="001A718D" w:rsidRPr="000B1E73" w:rsidRDefault="00000000" w:rsidP="000B1E73">
            <w:pPr>
              <w:spacing w:after="0" w:line="240" w:lineRule="auto"/>
              <w:rPr>
                <w:b/>
                <w:bCs/>
              </w:rPr>
            </w:pPr>
            <w:r w:rsidRPr="000B1E73">
              <w:rPr>
                <w:b/>
                <w:bCs/>
              </w:rPr>
              <w:t>Competency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0B1E73" w:rsidRPr="000B1E73" w:rsidRDefault="00000000" w:rsidP="000B1E73">
            <w:pPr>
              <w:spacing w:after="0" w:line="240" w:lineRule="auto"/>
              <w:jc w:val="center"/>
              <w:rPr>
                <w:b/>
                <w:bCs/>
              </w:rPr>
            </w:pPr>
            <w:r w:rsidRPr="000B1E73">
              <w:rPr>
                <w:b/>
                <w:bCs/>
              </w:rPr>
              <w:t>Rating</w:t>
            </w:r>
          </w:p>
          <w:p w:rsidR="001A718D" w:rsidRPr="000B1E73" w:rsidRDefault="00000000" w:rsidP="000B1E73">
            <w:pPr>
              <w:spacing w:after="0" w:line="240" w:lineRule="auto"/>
              <w:jc w:val="center"/>
              <w:rPr>
                <w:b/>
                <w:bCs/>
              </w:rPr>
            </w:pPr>
            <w:r w:rsidRPr="000B1E73">
              <w:rPr>
                <w:b/>
                <w:bCs/>
              </w:rPr>
              <w:t>(1-5)</w:t>
            </w:r>
          </w:p>
        </w:tc>
        <w:tc>
          <w:tcPr>
            <w:tcW w:w="6679" w:type="dxa"/>
            <w:shd w:val="clear" w:color="auto" w:fill="F2F2F2" w:themeFill="background1" w:themeFillShade="F2"/>
            <w:vAlign w:val="center"/>
          </w:tcPr>
          <w:p w:rsidR="001A718D" w:rsidRPr="000B1E73" w:rsidRDefault="00000000" w:rsidP="000B1E73">
            <w:pPr>
              <w:spacing w:after="0" w:line="240" w:lineRule="auto"/>
              <w:rPr>
                <w:b/>
                <w:bCs/>
              </w:rPr>
            </w:pPr>
            <w:r w:rsidRPr="000B1E73">
              <w:rPr>
                <w:b/>
                <w:bCs/>
              </w:rPr>
              <w:t>Comments</w:t>
            </w: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Job Knowledge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Quality of Work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Productivity &amp; Efficiency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Communication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Teamwork &amp; Collaboration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Problem Solving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Initiative &amp; Dependability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  <w:tr w:rsidR="001A718D" w:rsidTr="00BE3E5C">
        <w:trPr>
          <w:trHeight w:val="576"/>
        </w:trPr>
        <w:tc>
          <w:tcPr>
            <w:tcW w:w="2880" w:type="dxa"/>
            <w:vAlign w:val="center"/>
          </w:tcPr>
          <w:p w:rsidR="001A718D" w:rsidRDefault="00000000" w:rsidP="000B1E73">
            <w:pPr>
              <w:spacing w:after="0"/>
            </w:pPr>
            <w:r>
              <w:t>Adaptability</w:t>
            </w:r>
          </w:p>
        </w:tc>
        <w:tc>
          <w:tcPr>
            <w:tcW w:w="876" w:type="dxa"/>
            <w:vAlign w:val="center"/>
          </w:tcPr>
          <w:p w:rsidR="001A718D" w:rsidRDefault="001A718D" w:rsidP="000B1E73">
            <w:pPr>
              <w:spacing w:after="0"/>
            </w:pPr>
          </w:p>
        </w:tc>
        <w:tc>
          <w:tcPr>
            <w:tcW w:w="6679" w:type="dxa"/>
            <w:vAlign w:val="center"/>
          </w:tcPr>
          <w:p w:rsidR="001A718D" w:rsidRDefault="001A718D" w:rsidP="000B1E73">
            <w:pPr>
              <w:spacing w:after="0"/>
            </w:pPr>
          </w:p>
        </w:tc>
      </w:tr>
    </w:tbl>
    <w:p w:rsidR="001A718D" w:rsidRDefault="00000000" w:rsidP="00BE3E5C">
      <w:pPr>
        <w:pStyle w:val="Heading1"/>
        <w:spacing w:before="160"/>
      </w:pPr>
      <w:r>
        <w:t>3. Achievement of Goals/Objectives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145"/>
        <w:gridCol w:w="5785"/>
      </w:tblGrid>
      <w:tr w:rsidR="001A718D" w:rsidRPr="00346B81" w:rsidTr="00BE3E5C">
        <w:trPr>
          <w:trHeight w:val="576"/>
        </w:trPr>
        <w:tc>
          <w:tcPr>
            <w:tcW w:w="3595" w:type="dxa"/>
            <w:shd w:val="clear" w:color="auto" w:fill="F2F2F2" w:themeFill="background1" w:themeFillShade="F2"/>
            <w:vAlign w:val="center"/>
          </w:tcPr>
          <w:p w:rsidR="001A718D" w:rsidRPr="00346B81" w:rsidRDefault="00000000" w:rsidP="00346B81">
            <w:pPr>
              <w:spacing w:after="0"/>
              <w:rPr>
                <w:b/>
                <w:bCs/>
              </w:rPr>
            </w:pPr>
            <w:r w:rsidRPr="00346B81">
              <w:rPr>
                <w:b/>
                <w:bCs/>
              </w:rPr>
              <w:t>Goal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1A718D" w:rsidRPr="00346B81" w:rsidRDefault="00000000" w:rsidP="00BE3E5C">
            <w:pPr>
              <w:spacing w:after="0" w:line="192" w:lineRule="auto"/>
              <w:jc w:val="center"/>
              <w:rPr>
                <w:b/>
                <w:bCs/>
              </w:rPr>
            </w:pPr>
            <w:r w:rsidRPr="00346B81">
              <w:rPr>
                <w:b/>
                <w:bCs/>
              </w:rPr>
              <w:t>Achieved (Y/N)</w:t>
            </w:r>
          </w:p>
        </w:tc>
        <w:tc>
          <w:tcPr>
            <w:tcW w:w="5785" w:type="dxa"/>
            <w:shd w:val="clear" w:color="auto" w:fill="F2F2F2" w:themeFill="background1" w:themeFillShade="F2"/>
            <w:vAlign w:val="center"/>
          </w:tcPr>
          <w:p w:rsidR="001A718D" w:rsidRPr="00346B81" w:rsidRDefault="00000000" w:rsidP="00346B81">
            <w:pPr>
              <w:spacing w:after="0"/>
              <w:rPr>
                <w:b/>
                <w:bCs/>
              </w:rPr>
            </w:pPr>
            <w:r w:rsidRPr="00346B81">
              <w:rPr>
                <w:b/>
                <w:bCs/>
              </w:rPr>
              <w:t>Comments</w:t>
            </w:r>
          </w:p>
        </w:tc>
      </w:tr>
      <w:tr w:rsidR="001A718D" w:rsidTr="00650EBC">
        <w:trPr>
          <w:trHeight w:val="720"/>
        </w:trPr>
        <w:tc>
          <w:tcPr>
            <w:tcW w:w="3595" w:type="dxa"/>
          </w:tcPr>
          <w:p w:rsidR="001A718D" w:rsidRDefault="001A718D" w:rsidP="00346B81">
            <w:pPr>
              <w:spacing w:after="0"/>
            </w:pPr>
          </w:p>
        </w:tc>
        <w:tc>
          <w:tcPr>
            <w:tcW w:w="1145" w:type="dxa"/>
          </w:tcPr>
          <w:p w:rsidR="001A718D" w:rsidRDefault="001A718D" w:rsidP="00346B81">
            <w:pPr>
              <w:spacing w:after="0"/>
            </w:pPr>
          </w:p>
        </w:tc>
        <w:tc>
          <w:tcPr>
            <w:tcW w:w="5785" w:type="dxa"/>
          </w:tcPr>
          <w:p w:rsidR="001A718D" w:rsidRDefault="001A718D" w:rsidP="00346B81">
            <w:pPr>
              <w:spacing w:after="0"/>
            </w:pPr>
          </w:p>
        </w:tc>
      </w:tr>
      <w:tr w:rsidR="001A718D" w:rsidTr="00650EBC">
        <w:trPr>
          <w:trHeight w:val="720"/>
        </w:trPr>
        <w:tc>
          <w:tcPr>
            <w:tcW w:w="3595" w:type="dxa"/>
          </w:tcPr>
          <w:p w:rsidR="001A718D" w:rsidRDefault="001A718D" w:rsidP="00346B81">
            <w:pPr>
              <w:spacing w:after="0"/>
            </w:pPr>
          </w:p>
        </w:tc>
        <w:tc>
          <w:tcPr>
            <w:tcW w:w="1145" w:type="dxa"/>
          </w:tcPr>
          <w:p w:rsidR="001A718D" w:rsidRDefault="001A718D" w:rsidP="00346B81">
            <w:pPr>
              <w:spacing w:after="0"/>
            </w:pPr>
          </w:p>
        </w:tc>
        <w:tc>
          <w:tcPr>
            <w:tcW w:w="5785" w:type="dxa"/>
          </w:tcPr>
          <w:p w:rsidR="001A718D" w:rsidRDefault="001A718D" w:rsidP="00346B81">
            <w:pPr>
              <w:spacing w:after="0"/>
            </w:pPr>
          </w:p>
        </w:tc>
      </w:tr>
      <w:tr w:rsidR="001A718D" w:rsidTr="00650EBC">
        <w:trPr>
          <w:trHeight w:val="720"/>
        </w:trPr>
        <w:tc>
          <w:tcPr>
            <w:tcW w:w="3595" w:type="dxa"/>
          </w:tcPr>
          <w:p w:rsidR="001A718D" w:rsidRDefault="001A718D" w:rsidP="00346B81">
            <w:pPr>
              <w:spacing w:after="0"/>
            </w:pPr>
          </w:p>
        </w:tc>
        <w:tc>
          <w:tcPr>
            <w:tcW w:w="1145" w:type="dxa"/>
          </w:tcPr>
          <w:p w:rsidR="001A718D" w:rsidRDefault="001A718D" w:rsidP="00346B81">
            <w:pPr>
              <w:spacing w:after="0"/>
            </w:pPr>
          </w:p>
        </w:tc>
        <w:tc>
          <w:tcPr>
            <w:tcW w:w="5785" w:type="dxa"/>
          </w:tcPr>
          <w:p w:rsidR="001A718D" w:rsidRDefault="001A718D" w:rsidP="00346B81">
            <w:pPr>
              <w:spacing w:after="0"/>
            </w:pPr>
          </w:p>
        </w:tc>
      </w:tr>
    </w:tbl>
    <w:p w:rsidR="001A718D" w:rsidRDefault="00000000">
      <w:pPr>
        <w:pStyle w:val="Heading1"/>
      </w:pPr>
      <w:r>
        <w:lastRenderedPageBreak/>
        <w:t>4. Strengths</w:t>
      </w:r>
    </w:p>
    <w:p w:rsidR="001A718D" w:rsidRDefault="00000000">
      <w:r>
        <w:t>-</w:t>
      </w:r>
    </w:p>
    <w:p w:rsidR="001A718D" w:rsidRDefault="00000000">
      <w:r>
        <w:t>-</w:t>
      </w:r>
    </w:p>
    <w:p w:rsidR="001A718D" w:rsidRDefault="00000000">
      <w:r>
        <w:t>-</w:t>
      </w:r>
    </w:p>
    <w:p w:rsidR="001A718D" w:rsidRDefault="00000000">
      <w:pPr>
        <w:pStyle w:val="Heading1"/>
      </w:pPr>
      <w:r>
        <w:t>5. Areas for Improvement</w:t>
      </w:r>
    </w:p>
    <w:p w:rsidR="001A718D" w:rsidRDefault="00000000">
      <w:r>
        <w:t>-</w:t>
      </w:r>
    </w:p>
    <w:p w:rsidR="001A718D" w:rsidRDefault="00000000">
      <w:r>
        <w:t>-</w:t>
      </w:r>
    </w:p>
    <w:p w:rsidR="001A718D" w:rsidRDefault="00000000">
      <w:r>
        <w:t>-</w:t>
      </w:r>
    </w:p>
    <w:p w:rsidR="001A718D" w:rsidRDefault="00000000">
      <w:pPr>
        <w:pStyle w:val="Heading1"/>
      </w:pPr>
      <w:r>
        <w:t>6. Employee Development Plan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3955"/>
        <w:gridCol w:w="2785"/>
      </w:tblGrid>
      <w:tr w:rsidR="001A718D" w:rsidTr="00346B81">
        <w:tc>
          <w:tcPr>
            <w:tcW w:w="3595" w:type="dxa"/>
          </w:tcPr>
          <w:p w:rsidR="001A718D" w:rsidRDefault="00000000">
            <w:r>
              <w:t>Development Area</w:t>
            </w:r>
          </w:p>
        </w:tc>
        <w:tc>
          <w:tcPr>
            <w:tcW w:w="3955" w:type="dxa"/>
          </w:tcPr>
          <w:p w:rsidR="001A718D" w:rsidRDefault="00000000">
            <w:r>
              <w:t>Action/Training Needed</w:t>
            </w:r>
          </w:p>
        </w:tc>
        <w:tc>
          <w:tcPr>
            <w:tcW w:w="2785" w:type="dxa"/>
          </w:tcPr>
          <w:p w:rsidR="001A718D" w:rsidRDefault="00000000">
            <w:r>
              <w:t>Target Completion Date</w:t>
            </w:r>
          </w:p>
        </w:tc>
      </w:tr>
      <w:tr w:rsidR="001A718D" w:rsidTr="00346B81">
        <w:tc>
          <w:tcPr>
            <w:tcW w:w="3595" w:type="dxa"/>
          </w:tcPr>
          <w:p w:rsidR="001A718D" w:rsidRDefault="001A718D"/>
        </w:tc>
        <w:tc>
          <w:tcPr>
            <w:tcW w:w="3955" w:type="dxa"/>
          </w:tcPr>
          <w:p w:rsidR="001A718D" w:rsidRDefault="001A718D"/>
        </w:tc>
        <w:tc>
          <w:tcPr>
            <w:tcW w:w="2785" w:type="dxa"/>
          </w:tcPr>
          <w:p w:rsidR="001A718D" w:rsidRDefault="001A718D"/>
        </w:tc>
      </w:tr>
      <w:tr w:rsidR="001A718D" w:rsidTr="00346B81">
        <w:tc>
          <w:tcPr>
            <w:tcW w:w="3595" w:type="dxa"/>
          </w:tcPr>
          <w:p w:rsidR="001A718D" w:rsidRDefault="001A718D"/>
        </w:tc>
        <w:tc>
          <w:tcPr>
            <w:tcW w:w="3955" w:type="dxa"/>
          </w:tcPr>
          <w:p w:rsidR="001A718D" w:rsidRDefault="001A718D"/>
        </w:tc>
        <w:tc>
          <w:tcPr>
            <w:tcW w:w="2785" w:type="dxa"/>
          </w:tcPr>
          <w:p w:rsidR="001A718D" w:rsidRDefault="001A718D"/>
        </w:tc>
      </w:tr>
      <w:tr w:rsidR="001A718D" w:rsidTr="00346B81">
        <w:tc>
          <w:tcPr>
            <w:tcW w:w="3595" w:type="dxa"/>
          </w:tcPr>
          <w:p w:rsidR="001A718D" w:rsidRDefault="001A718D"/>
        </w:tc>
        <w:tc>
          <w:tcPr>
            <w:tcW w:w="3955" w:type="dxa"/>
          </w:tcPr>
          <w:p w:rsidR="001A718D" w:rsidRDefault="001A718D"/>
        </w:tc>
        <w:tc>
          <w:tcPr>
            <w:tcW w:w="2785" w:type="dxa"/>
          </w:tcPr>
          <w:p w:rsidR="001A718D" w:rsidRDefault="001A718D"/>
        </w:tc>
      </w:tr>
    </w:tbl>
    <w:p w:rsidR="001A718D" w:rsidRDefault="00000000">
      <w:pPr>
        <w:pStyle w:val="Heading1"/>
      </w:pPr>
      <w:r>
        <w:t>7. Employee Comments (Optional)</w:t>
      </w:r>
    </w:p>
    <w:p w:rsidR="001A718D" w:rsidRDefault="001A718D"/>
    <w:p w:rsidR="001A718D" w:rsidRDefault="00000000">
      <w:pPr>
        <w:pStyle w:val="Heading1"/>
      </w:pPr>
      <w:r>
        <w:t>8. Overall Performance Summary</w:t>
      </w:r>
    </w:p>
    <w:p w:rsidR="001A718D" w:rsidRDefault="001A718D"/>
    <w:p w:rsidR="001A718D" w:rsidRDefault="00000000">
      <w:pPr>
        <w:pStyle w:val="Heading1"/>
      </w:pPr>
      <w:r>
        <w:t>9. Signatures</w:t>
      </w:r>
    </w:p>
    <w:p w:rsidR="001A718D" w:rsidRDefault="00000000" w:rsidP="00BE3E5C">
      <w:pPr>
        <w:spacing w:line="600" w:lineRule="auto"/>
      </w:pPr>
      <w:r>
        <w:t>Employee Signature: _____________________ Date: _________</w:t>
      </w:r>
    </w:p>
    <w:p w:rsidR="001A718D" w:rsidRDefault="00000000" w:rsidP="00BE3E5C">
      <w:pPr>
        <w:spacing w:line="600" w:lineRule="auto"/>
      </w:pPr>
      <w:r>
        <w:t>Reviewer Signature: _____________________ Date: _________</w:t>
      </w:r>
    </w:p>
    <w:p w:rsidR="001A718D" w:rsidRDefault="00000000" w:rsidP="00BE3E5C">
      <w:pPr>
        <w:spacing w:line="600" w:lineRule="auto"/>
      </w:pPr>
      <w:r>
        <w:t>Manager (if different): ___________________ Date: _________</w:t>
      </w:r>
    </w:p>
    <w:sectPr w:rsidR="001A718D" w:rsidSect="00BE3E5C">
      <w:footerReference w:type="default" r:id="rId8"/>
      <w:pgSz w:w="12240" w:h="15840"/>
      <w:pgMar w:top="450" w:right="720" w:bottom="720" w:left="720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327C" w:rsidRDefault="0069327C" w:rsidP="00BE3E5C">
      <w:pPr>
        <w:spacing w:after="0" w:line="240" w:lineRule="auto"/>
      </w:pPr>
      <w:r>
        <w:separator/>
      </w:r>
    </w:p>
  </w:endnote>
  <w:endnote w:type="continuationSeparator" w:id="0">
    <w:p w:rsidR="0069327C" w:rsidRDefault="0069327C" w:rsidP="00BE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iler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ileron" w:hAnsi="Aileron"/>
        <w:szCs w:val="20"/>
      </w:rPr>
      <w:id w:val="1820687229"/>
      <w:docPartObj>
        <w:docPartGallery w:val="Page Numbers (Bottom of Page)"/>
        <w:docPartUnique/>
      </w:docPartObj>
    </w:sdtPr>
    <w:sdtContent>
      <w:p w:rsidR="00BE3E5C" w:rsidRPr="00BE3E5C" w:rsidRDefault="00BE3E5C" w:rsidP="00BE3E5C">
        <w:pPr>
          <w:tabs>
            <w:tab w:val="left" w:pos="180"/>
            <w:tab w:val="center" w:pos="5040"/>
            <w:tab w:val="right" w:pos="10620"/>
          </w:tabs>
          <w:spacing w:after="0"/>
          <w:rPr>
            <w:rFonts w:ascii="Aileron" w:hAnsi="Aileron"/>
            <w:szCs w:val="20"/>
          </w:rPr>
        </w:pPr>
        <w:r w:rsidRPr="00BE3E5C">
          <w:rPr>
            <w:rFonts w:ascii="Aileron" w:hAnsi="Aileron"/>
            <w:szCs w:val="20"/>
          </w:rPr>
          <w:t>Rev 1.0</w:t>
        </w:r>
        <w:r w:rsidRPr="00BE3E5C">
          <w:rPr>
            <w:rFonts w:ascii="Aileron" w:hAnsi="Aileron"/>
            <w:szCs w:val="20"/>
          </w:rPr>
          <w:tab/>
        </w:r>
        <w:sdt>
          <w:sdtPr>
            <w:rPr>
              <w:rFonts w:ascii="Aileron" w:hAnsi="Aileron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BE3E5C">
              <w:rPr>
                <w:rFonts w:ascii="Aileron" w:hAnsi="Aileron" w:cstheme="minorHAnsi"/>
                <w:szCs w:val="20"/>
              </w:rPr>
              <w:t xml:space="preserve">Page </w:t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fldChar w:fldCharType="begin"/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instrText xml:space="preserve"> PAGE  \* Arabic  \* MERGEFORMAT </w:instrText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fldChar w:fldCharType="separate"/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t>1</w:t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fldChar w:fldCharType="end"/>
            </w:r>
            <w:r w:rsidRPr="00BE3E5C">
              <w:rPr>
                <w:rFonts w:ascii="Aileron" w:hAnsi="Aileron" w:cstheme="minorHAnsi"/>
                <w:szCs w:val="20"/>
              </w:rPr>
              <w:t xml:space="preserve"> of </w:t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fldChar w:fldCharType="begin"/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instrText xml:space="preserve"> NUMPAGES  \* Arabic  \* MERGEFORMAT </w:instrText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fldChar w:fldCharType="separate"/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t>4</w:t>
            </w:r>
            <w:r w:rsidRPr="00BE3E5C">
              <w:rPr>
                <w:rFonts w:ascii="Aileron" w:hAnsi="Aileron" w:cstheme="minorHAnsi"/>
                <w:b/>
                <w:bCs/>
                <w:szCs w:val="20"/>
              </w:rPr>
              <w:fldChar w:fldCharType="end"/>
            </w:r>
            <w:r w:rsidRPr="00BE3E5C">
              <w:rPr>
                <w:rFonts w:ascii="Aileron" w:hAnsi="Aileron"/>
                <w:b/>
                <w:bCs/>
              </w:rPr>
              <w:tab/>
            </w:r>
            <w:r w:rsidRPr="00BE3E5C">
              <w:rPr>
                <w:rFonts w:ascii="Aileron" w:hAnsi="Aileron"/>
              </w:rPr>
              <w:t>Date: 06/07/2025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327C" w:rsidRDefault="0069327C" w:rsidP="00BE3E5C">
      <w:pPr>
        <w:spacing w:after="0" w:line="240" w:lineRule="auto"/>
      </w:pPr>
      <w:r>
        <w:separator/>
      </w:r>
    </w:p>
  </w:footnote>
  <w:footnote w:type="continuationSeparator" w:id="0">
    <w:p w:rsidR="0069327C" w:rsidRDefault="0069327C" w:rsidP="00BE3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359561">
    <w:abstractNumId w:val="8"/>
  </w:num>
  <w:num w:numId="2" w16cid:durableId="1061440826">
    <w:abstractNumId w:val="6"/>
  </w:num>
  <w:num w:numId="3" w16cid:durableId="460541152">
    <w:abstractNumId w:val="5"/>
  </w:num>
  <w:num w:numId="4" w16cid:durableId="707024075">
    <w:abstractNumId w:val="4"/>
  </w:num>
  <w:num w:numId="5" w16cid:durableId="156380487">
    <w:abstractNumId w:val="7"/>
  </w:num>
  <w:num w:numId="6" w16cid:durableId="1302687130">
    <w:abstractNumId w:val="3"/>
  </w:num>
  <w:num w:numId="7" w16cid:durableId="323894575">
    <w:abstractNumId w:val="2"/>
  </w:num>
  <w:num w:numId="8" w16cid:durableId="1609309496">
    <w:abstractNumId w:val="1"/>
  </w:num>
  <w:num w:numId="9" w16cid:durableId="21247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E73"/>
    <w:rsid w:val="00135D8C"/>
    <w:rsid w:val="0015074B"/>
    <w:rsid w:val="001A718D"/>
    <w:rsid w:val="0029639D"/>
    <w:rsid w:val="00326F90"/>
    <w:rsid w:val="00346B81"/>
    <w:rsid w:val="00650EBC"/>
    <w:rsid w:val="0069327C"/>
    <w:rsid w:val="007D224D"/>
    <w:rsid w:val="0095601E"/>
    <w:rsid w:val="00AA1D8D"/>
    <w:rsid w:val="00B47730"/>
    <w:rsid w:val="00BE3E5C"/>
    <w:rsid w:val="00CB0664"/>
    <w:rsid w:val="00FC693F"/>
    <w:rsid w:val="00FD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DA31C9"/>
  <w14:defaultImageDpi w14:val="300"/>
  <w15:docId w15:val="{1E426D7B-35EE-4C70-9410-6F4950B3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Jeffrey Fry</cp:lastModifiedBy>
  <cp:revision>4</cp:revision>
  <dcterms:created xsi:type="dcterms:W3CDTF">2025-06-16T04:20:00Z</dcterms:created>
  <dcterms:modified xsi:type="dcterms:W3CDTF">2025-06-16T04:28:00Z</dcterms:modified>
  <cp:category/>
</cp:coreProperties>
</file>