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71B4" w:rsidRPr="00F44DE6" w:rsidRDefault="00000000" w:rsidP="00F44DE6">
      <w:pPr>
        <w:pStyle w:val="Heading1"/>
        <w:spacing w:after="240"/>
        <w:jc w:val="center"/>
        <w:rPr>
          <w:rFonts w:ascii="Aileron" w:hAnsi="Aileron"/>
          <w:sz w:val="32"/>
          <w:szCs w:val="32"/>
        </w:rPr>
      </w:pPr>
      <w:r w:rsidRPr="00F44DE6">
        <w:rPr>
          <w:rFonts w:ascii="Aileron" w:hAnsi="Aileron"/>
          <w:sz w:val="32"/>
          <w:szCs w:val="32"/>
        </w:rPr>
        <w:t>Caregiver Transportation Waiver and Release of Liability</w:t>
      </w:r>
    </w:p>
    <w:p w:rsidR="00DF71B4" w:rsidRPr="00F44DE6" w:rsidRDefault="00000000" w:rsidP="00343C12">
      <w:pPr>
        <w:tabs>
          <w:tab w:val="right" w:pos="5040"/>
        </w:tabs>
        <w:rPr>
          <w:rFonts w:ascii="Aileron" w:hAnsi="Aileron"/>
        </w:rPr>
      </w:pPr>
      <w:r w:rsidRPr="00F44DE6">
        <w:rPr>
          <w:rFonts w:ascii="Aileron" w:hAnsi="Aileron"/>
          <w:b/>
        </w:rPr>
        <w:t xml:space="preserve">Client Name: </w:t>
      </w:r>
      <w:r w:rsidR="007D12DD">
        <w:rPr>
          <w:rFonts w:ascii="Aileron" w:hAnsi="Aileron"/>
          <w:b/>
          <w:u w:val="single"/>
        </w:rPr>
        <w:t xml:space="preserve">  Bridget Sipos </w:t>
      </w:r>
      <w:r w:rsidR="00343C12">
        <w:rPr>
          <w:rFonts w:ascii="Aileron" w:hAnsi="Aileron"/>
          <w:u w:val="single"/>
        </w:rPr>
        <w:tab/>
      </w:r>
    </w:p>
    <w:p w:rsidR="00DF71B4" w:rsidRPr="00F44DE6" w:rsidRDefault="00000000" w:rsidP="00343C12">
      <w:pPr>
        <w:tabs>
          <w:tab w:val="right" w:pos="5040"/>
        </w:tabs>
        <w:rPr>
          <w:rFonts w:ascii="Aileron" w:hAnsi="Aileron"/>
        </w:rPr>
      </w:pPr>
      <w:r w:rsidRPr="00F44DE6">
        <w:rPr>
          <w:rFonts w:ascii="Aileron" w:hAnsi="Aileron"/>
          <w:b/>
        </w:rPr>
        <w:t xml:space="preserve">Caregiver Name: </w:t>
      </w:r>
      <w:r w:rsidR="007D12DD">
        <w:rPr>
          <w:rFonts w:ascii="Aileron" w:hAnsi="Aileron"/>
          <w:b/>
          <w:u w:val="single"/>
        </w:rPr>
        <w:t xml:space="preserve">  Cheryl Witherspoon</w:t>
      </w:r>
      <w:r w:rsidR="00343C12" w:rsidRPr="007D12DD">
        <w:rPr>
          <w:rFonts w:ascii="Aileron" w:hAnsi="Aileron"/>
          <w:u w:val="single"/>
        </w:rPr>
        <w:tab/>
      </w:r>
    </w:p>
    <w:p w:rsidR="00DF71B4" w:rsidRDefault="00000000" w:rsidP="00343C12">
      <w:pPr>
        <w:tabs>
          <w:tab w:val="right" w:pos="5040"/>
        </w:tabs>
        <w:rPr>
          <w:rFonts w:ascii="Aileron" w:hAnsi="Aileron"/>
          <w:u w:val="single"/>
        </w:rPr>
      </w:pPr>
      <w:r w:rsidRPr="00F44DE6">
        <w:rPr>
          <w:rFonts w:ascii="Aileron" w:hAnsi="Aileron"/>
          <w:b/>
        </w:rPr>
        <w:t xml:space="preserve">Agency Name: </w:t>
      </w:r>
      <w:r w:rsidR="00343C12">
        <w:rPr>
          <w:rFonts w:ascii="Aileron" w:hAnsi="Aileron"/>
          <w:b/>
          <w:u w:val="single"/>
        </w:rPr>
        <w:t xml:space="preserve">  Keep Safe Care – Central Austin</w:t>
      </w:r>
      <w:r w:rsidR="00343C12">
        <w:rPr>
          <w:rFonts w:ascii="Aileron" w:hAnsi="Aileron"/>
          <w:u w:val="single"/>
        </w:rPr>
        <w:tab/>
      </w:r>
    </w:p>
    <w:p w:rsidR="00EB3362" w:rsidRPr="00F44DE6" w:rsidRDefault="00EB3362" w:rsidP="00343C12">
      <w:pPr>
        <w:tabs>
          <w:tab w:val="right" w:pos="5040"/>
        </w:tabs>
        <w:rPr>
          <w:rFonts w:ascii="Aileron" w:hAnsi="Aileron"/>
        </w:rPr>
      </w:pPr>
    </w:p>
    <w:p w:rsidR="00DF71B4" w:rsidRPr="00F44DE6" w:rsidRDefault="00000000" w:rsidP="00EB3362">
      <w:pPr>
        <w:jc w:val="both"/>
        <w:rPr>
          <w:rFonts w:ascii="Aileron" w:hAnsi="Aileron"/>
        </w:rPr>
      </w:pPr>
      <w:r w:rsidRPr="00F44DE6">
        <w:rPr>
          <w:rFonts w:ascii="Aileron" w:hAnsi="Aileron"/>
          <w:b/>
        </w:rPr>
        <w:t xml:space="preserve">1. Voluntary Participation </w:t>
      </w:r>
      <w:r w:rsidRPr="00F44DE6">
        <w:rPr>
          <w:rFonts w:ascii="Aileron" w:hAnsi="Aileron"/>
        </w:rPr>
        <w:t>I, the undersigned client (or legal representative), understand and agree that I have voluntarily chosen to be transported by my caregiver, who is an employee or independent contractor of</w:t>
      </w:r>
      <w:r w:rsidRPr="007D12DD">
        <w:rPr>
          <w:rFonts w:ascii="Aileron" w:hAnsi="Aileron"/>
          <w:b/>
          <w:bCs/>
          <w:color w:val="008BBC"/>
        </w:rPr>
        <w:t xml:space="preserve"> </w:t>
      </w:r>
      <w:r w:rsidR="007D12DD" w:rsidRPr="007D12DD">
        <w:rPr>
          <w:rFonts w:ascii="Aileron" w:hAnsi="Aileron"/>
          <w:b/>
          <w:bCs/>
          <w:color w:val="008BBC"/>
        </w:rPr>
        <w:t>Keep Safe Care – Central Austn</w:t>
      </w:r>
      <w:r w:rsidRPr="00EB3362">
        <w:rPr>
          <w:rFonts w:ascii="Aileron" w:hAnsi="Aileron"/>
          <w:color w:val="000000" w:themeColor="text1"/>
        </w:rPr>
        <w:t>.</w:t>
      </w:r>
    </w:p>
    <w:p w:rsidR="00DF71B4" w:rsidRPr="00F44DE6" w:rsidRDefault="00000000" w:rsidP="00EB3362">
      <w:pPr>
        <w:jc w:val="both"/>
        <w:rPr>
          <w:rFonts w:ascii="Aileron" w:hAnsi="Aileron"/>
        </w:rPr>
      </w:pPr>
      <w:r w:rsidRPr="00F44DE6">
        <w:rPr>
          <w:rFonts w:ascii="Aileron" w:hAnsi="Aileron"/>
          <w:b/>
        </w:rPr>
        <w:t xml:space="preserve">2. Assumption of Risk </w:t>
      </w:r>
      <w:r w:rsidRPr="00F44DE6">
        <w:rPr>
          <w:rFonts w:ascii="Aileron" w:hAnsi="Aileron"/>
        </w:rPr>
        <w:t>I acknowledge that riding in a personal vehicle, even when operated responsibly, carries inherent risks, including the potential for accidents or injuries. I voluntarily assume all such risks.</w:t>
      </w:r>
    </w:p>
    <w:p w:rsidR="00DF71B4" w:rsidRPr="00F44DE6" w:rsidRDefault="00000000" w:rsidP="00EB3362">
      <w:pPr>
        <w:jc w:val="both"/>
        <w:rPr>
          <w:rFonts w:ascii="Aileron" w:hAnsi="Aileron"/>
        </w:rPr>
      </w:pPr>
      <w:r w:rsidRPr="00F44DE6">
        <w:rPr>
          <w:rFonts w:ascii="Aileron" w:hAnsi="Aileron"/>
          <w:b/>
        </w:rPr>
        <w:t xml:space="preserve">3. Release of Liability </w:t>
      </w:r>
      <w:r w:rsidRPr="00F44DE6">
        <w:rPr>
          <w:rFonts w:ascii="Aileron" w:hAnsi="Aileron"/>
        </w:rPr>
        <w:t xml:space="preserve">To the fullest extent permitted by law, I release and hold harmless </w:t>
      </w:r>
      <w:r w:rsidR="00EB3362" w:rsidRPr="007D12DD">
        <w:rPr>
          <w:rFonts w:ascii="Aileron" w:hAnsi="Aileron"/>
          <w:b/>
          <w:bCs/>
          <w:color w:val="008BBC"/>
        </w:rPr>
        <w:t>Keep Safe Care – Central Austn</w:t>
      </w:r>
      <w:r w:rsidRPr="00F44DE6">
        <w:rPr>
          <w:rFonts w:ascii="Aileron" w:hAnsi="Aileron"/>
        </w:rPr>
        <w:t xml:space="preserve">, its owners, officers, employees, agents, and insurers from </w:t>
      </w:r>
      <w:proofErr w:type="gramStart"/>
      <w:r w:rsidRPr="00F44DE6">
        <w:rPr>
          <w:rFonts w:ascii="Aileron" w:hAnsi="Aileron"/>
        </w:rPr>
        <w:t>any and all</w:t>
      </w:r>
      <w:proofErr w:type="gramEnd"/>
      <w:r w:rsidRPr="00F44DE6">
        <w:rPr>
          <w:rFonts w:ascii="Aileron" w:hAnsi="Aileron"/>
        </w:rPr>
        <w:t xml:space="preserve"> liability, claims, demands, or causes of action arising out of or related to transportation services provided by the caregiver.</w:t>
      </w:r>
    </w:p>
    <w:p w:rsidR="00DF71B4" w:rsidRPr="00F44DE6" w:rsidRDefault="00000000" w:rsidP="00EB3362">
      <w:pPr>
        <w:jc w:val="both"/>
        <w:rPr>
          <w:rFonts w:ascii="Aileron" w:hAnsi="Aileron"/>
        </w:rPr>
      </w:pPr>
      <w:r w:rsidRPr="00F44DE6">
        <w:rPr>
          <w:rFonts w:ascii="Aileron" w:hAnsi="Aileron"/>
          <w:b/>
        </w:rPr>
        <w:t xml:space="preserve">4. No Responsibility for Vehicle Condition </w:t>
      </w:r>
      <w:r w:rsidRPr="00F44DE6">
        <w:rPr>
          <w:rFonts w:ascii="Aileron" w:hAnsi="Aileron"/>
        </w:rPr>
        <w:t xml:space="preserve">I understand that the vehicle used for transportation is not owned, operated, or maintained by </w:t>
      </w:r>
      <w:r w:rsidR="00EB3362" w:rsidRPr="007D12DD">
        <w:rPr>
          <w:rFonts w:ascii="Aileron" w:hAnsi="Aileron"/>
          <w:b/>
          <w:bCs/>
          <w:color w:val="008BBC"/>
        </w:rPr>
        <w:t>Keep Safe Care – Central Austn</w:t>
      </w:r>
      <w:r w:rsidRPr="00F44DE6">
        <w:rPr>
          <w:rFonts w:ascii="Aileron" w:hAnsi="Aileron"/>
        </w:rPr>
        <w:t xml:space="preserve">, and that </w:t>
      </w:r>
      <w:r w:rsidR="00EB3362" w:rsidRPr="007D12DD">
        <w:rPr>
          <w:rFonts w:ascii="Aileron" w:hAnsi="Aileron"/>
          <w:b/>
          <w:bCs/>
          <w:color w:val="008BBC"/>
        </w:rPr>
        <w:t>Keep Safe Care – Central Austn</w:t>
      </w:r>
      <w:r w:rsidRPr="00F44DE6">
        <w:rPr>
          <w:rFonts w:ascii="Aileron" w:hAnsi="Aileron"/>
        </w:rPr>
        <w:t xml:space="preserve"> makes no representations or warranties regarding its condition or safety.</w:t>
      </w:r>
    </w:p>
    <w:p w:rsidR="00DF71B4" w:rsidRPr="00F44DE6" w:rsidRDefault="00000000" w:rsidP="00EB3362">
      <w:pPr>
        <w:jc w:val="both"/>
        <w:rPr>
          <w:rFonts w:ascii="Aileron" w:hAnsi="Aileron"/>
        </w:rPr>
      </w:pPr>
      <w:r w:rsidRPr="00F44DE6">
        <w:rPr>
          <w:rFonts w:ascii="Aileron" w:hAnsi="Aileron"/>
          <w:b/>
        </w:rPr>
        <w:t xml:space="preserve">5. Insurance </w:t>
      </w:r>
      <w:r w:rsidRPr="00F44DE6">
        <w:rPr>
          <w:rFonts w:ascii="Aileron" w:hAnsi="Aileron"/>
        </w:rPr>
        <w:t>I acknowledge that it is my responsibility to maintain appropriate medical insurance. I also understand that any liability coverage for transportation shall be the responsibility of the vehicle’s owner and/or driver.</w:t>
      </w:r>
    </w:p>
    <w:p w:rsidR="00DF71B4" w:rsidRPr="00F44DE6" w:rsidRDefault="00000000" w:rsidP="00EB3362">
      <w:pPr>
        <w:jc w:val="both"/>
        <w:rPr>
          <w:rFonts w:ascii="Aileron" w:hAnsi="Aileron"/>
        </w:rPr>
      </w:pPr>
      <w:r w:rsidRPr="00F44DE6">
        <w:rPr>
          <w:rFonts w:ascii="Aileron" w:hAnsi="Aileron"/>
          <w:b/>
        </w:rPr>
        <w:t xml:space="preserve">6. Medical Emergencies </w:t>
      </w:r>
      <w:r w:rsidRPr="00F44DE6">
        <w:rPr>
          <w:rFonts w:ascii="Aileron" w:hAnsi="Aileron"/>
        </w:rPr>
        <w:t xml:space="preserve">In case of emergency, the caregiver may call 911 or seek emergency services. I release </w:t>
      </w:r>
      <w:r w:rsidR="00EB3362" w:rsidRPr="007D12DD">
        <w:rPr>
          <w:rFonts w:ascii="Aileron" w:hAnsi="Aileron"/>
          <w:b/>
          <w:bCs/>
          <w:color w:val="008BBC"/>
        </w:rPr>
        <w:t>Keep Safe Care – Central Austn</w:t>
      </w:r>
      <w:r w:rsidRPr="00F44DE6">
        <w:rPr>
          <w:rFonts w:ascii="Aileron" w:hAnsi="Aileron"/>
        </w:rPr>
        <w:t xml:space="preserve"> from any liability associated with emergency decisions made in good faith.</w:t>
      </w:r>
    </w:p>
    <w:p w:rsidR="00DF71B4" w:rsidRDefault="00DF71B4">
      <w:pPr>
        <w:rPr>
          <w:rFonts w:ascii="Aileron" w:hAnsi="Aileron"/>
        </w:rPr>
      </w:pPr>
    </w:p>
    <w:p w:rsidR="00EB3362" w:rsidRPr="00F44DE6" w:rsidRDefault="00EB3362">
      <w:pPr>
        <w:rPr>
          <w:rFonts w:ascii="Aileron" w:hAnsi="Aileron"/>
        </w:rPr>
      </w:pPr>
    </w:p>
    <w:p w:rsidR="00DF71B4" w:rsidRPr="00F44DE6" w:rsidRDefault="00000000">
      <w:pPr>
        <w:rPr>
          <w:rFonts w:ascii="Aileron" w:hAnsi="Aileron"/>
        </w:rPr>
      </w:pPr>
      <w:r w:rsidRPr="00F44DE6">
        <w:rPr>
          <w:rFonts w:ascii="Aileron" w:hAnsi="Aileron"/>
          <w:b/>
        </w:rPr>
        <w:t xml:space="preserve">Client Signature: </w:t>
      </w:r>
      <w:r w:rsidRPr="00F44DE6">
        <w:rPr>
          <w:rFonts w:ascii="Aileron" w:hAnsi="Aileron"/>
        </w:rPr>
        <w:t>__________________________        Date: _____________</w:t>
      </w:r>
    </w:p>
    <w:p w:rsidR="00DF71B4" w:rsidRPr="00F44DE6" w:rsidRDefault="00DF71B4">
      <w:pPr>
        <w:rPr>
          <w:rFonts w:ascii="Aileron" w:hAnsi="Aileron"/>
        </w:rPr>
      </w:pPr>
    </w:p>
    <w:sectPr w:rsidR="00DF71B4" w:rsidRPr="00F44DE6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4223" w:rsidRDefault="002D4223" w:rsidP="00B53B7B">
      <w:pPr>
        <w:spacing w:after="0" w:line="240" w:lineRule="auto"/>
      </w:pPr>
      <w:r>
        <w:separator/>
      </w:r>
    </w:p>
  </w:endnote>
  <w:endnote w:type="continuationSeparator" w:id="0">
    <w:p w:rsidR="002D4223" w:rsidRDefault="002D4223" w:rsidP="00B53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ileron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3B7B" w:rsidRDefault="00B53B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3B7B" w:rsidRDefault="00B53B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3B7B" w:rsidRDefault="00B53B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4223" w:rsidRDefault="002D4223" w:rsidP="00B53B7B">
      <w:pPr>
        <w:spacing w:after="0" w:line="240" w:lineRule="auto"/>
      </w:pPr>
      <w:r>
        <w:separator/>
      </w:r>
    </w:p>
  </w:footnote>
  <w:footnote w:type="continuationSeparator" w:id="0">
    <w:p w:rsidR="002D4223" w:rsidRDefault="002D4223" w:rsidP="00B53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3B7B" w:rsidRDefault="00B53B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3B7B" w:rsidRDefault="00B53B7B">
    <w:pPr>
      <w:pStyle w:val="Header"/>
    </w:pPr>
    <w:r>
      <w:rPr>
        <w:noProof/>
      </w:rPr>
      <w:drawing>
        <wp:inline distT="0" distB="0" distL="0" distR="0">
          <wp:extent cx="2197068" cy="411183"/>
          <wp:effectExtent l="0" t="0" r="0" b="0"/>
          <wp:docPr id="13842891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289159" name="Picture 138428915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7068" cy="4111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3B7B" w:rsidRDefault="00B53B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5480127">
    <w:abstractNumId w:val="8"/>
  </w:num>
  <w:num w:numId="2" w16cid:durableId="1103651712">
    <w:abstractNumId w:val="6"/>
  </w:num>
  <w:num w:numId="3" w16cid:durableId="1176845854">
    <w:abstractNumId w:val="5"/>
  </w:num>
  <w:num w:numId="4" w16cid:durableId="855387230">
    <w:abstractNumId w:val="4"/>
  </w:num>
  <w:num w:numId="5" w16cid:durableId="830098906">
    <w:abstractNumId w:val="7"/>
  </w:num>
  <w:num w:numId="6" w16cid:durableId="1014379190">
    <w:abstractNumId w:val="3"/>
  </w:num>
  <w:num w:numId="7" w16cid:durableId="1010565627">
    <w:abstractNumId w:val="2"/>
  </w:num>
  <w:num w:numId="8" w16cid:durableId="468788730">
    <w:abstractNumId w:val="1"/>
  </w:num>
  <w:num w:numId="9" w16cid:durableId="1553226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D4223"/>
    <w:rsid w:val="00326F90"/>
    <w:rsid w:val="00343C12"/>
    <w:rsid w:val="003E44AD"/>
    <w:rsid w:val="007D12DD"/>
    <w:rsid w:val="00AA1D8D"/>
    <w:rsid w:val="00B47730"/>
    <w:rsid w:val="00B53B7B"/>
    <w:rsid w:val="00CB0664"/>
    <w:rsid w:val="00DF71B4"/>
    <w:rsid w:val="00EB3362"/>
    <w:rsid w:val="00F44DE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C8D5AD"/>
  <w14:defaultImageDpi w14:val="300"/>
  <w15:docId w15:val="{82BEA598-F8F4-4512-96D9-590014997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Jeffrey Fry</cp:lastModifiedBy>
  <cp:revision>6</cp:revision>
  <dcterms:created xsi:type="dcterms:W3CDTF">2025-06-22T21:31:00Z</dcterms:created>
  <dcterms:modified xsi:type="dcterms:W3CDTF">2025-06-22T21:39:00Z</dcterms:modified>
  <cp:category/>
</cp:coreProperties>
</file>