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54E" w:rsidRDefault="00000000">
      <w:pPr>
        <w:pStyle w:val="Title"/>
      </w:pPr>
      <w:r>
        <w:t>Caregiver Job Description</w:t>
      </w:r>
    </w:p>
    <w:p w:rsidR="009D154E" w:rsidRDefault="00000000" w:rsidP="001A714D">
      <w:pPr>
        <w:pStyle w:val="Heading1"/>
        <w:spacing w:before="0"/>
      </w:pPr>
      <w:r>
        <w:t>Job Summary:</w:t>
      </w:r>
    </w:p>
    <w:p w:rsidR="009D154E" w:rsidRDefault="00000000">
      <w:r>
        <w:t>The caregiver is responsible for assisting clients with daily living activities in a safe, compassionate, and respectful manner. This role supports individuals in their homes or care facilities to maintain independence and quality of life.</w:t>
      </w:r>
    </w:p>
    <w:p w:rsidR="009D154E" w:rsidRDefault="00000000">
      <w:pPr>
        <w:pStyle w:val="Heading1"/>
      </w:pPr>
      <w:r>
        <w:t>Key Responsibilities</w:t>
      </w:r>
      <w:r w:rsidR="001A714D">
        <w:t xml:space="preserve"> may involve</w:t>
      </w:r>
      <w:r>
        <w:t>:</w:t>
      </w:r>
    </w:p>
    <w:p w:rsidR="009D154E" w:rsidRDefault="00000000">
      <w:pPr>
        <w:pStyle w:val="ListBullet"/>
      </w:pPr>
      <w:r>
        <w:t>Assist with personal care tasks such as bathing, grooming, toileting, and dressing</w:t>
      </w:r>
    </w:p>
    <w:p w:rsidR="009D154E" w:rsidRDefault="00000000">
      <w:pPr>
        <w:pStyle w:val="ListBullet"/>
      </w:pPr>
      <w:r>
        <w:t>Help with mobility and transfers (e.g., from bed to wheelchair)</w:t>
      </w:r>
    </w:p>
    <w:p w:rsidR="009D154E" w:rsidRDefault="00000000">
      <w:pPr>
        <w:pStyle w:val="ListBullet"/>
      </w:pPr>
      <w:r>
        <w:t>Prepare meals and assist with feeding if necessary</w:t>
      </w:r>
    </w:p>
    <w:p w:rsidR="009D154E" w:rsidRDefault="00000000">
      <w:pPr>
        <w:pStyle w:val="ListBullet"/>
      </w:pPr>
      <w:r>
        <w:t>Monitor and record health changes or concerns, reporting them to medical professionals or family</w:t>
      </w:r>
    </w:p>
    <w:p w:rsidR="009D154E" w:rsidRDefault="00000000">
      <w:pPr>
        <w:pStyle w:val="ListBullet"/>
      </w:pPr>
      <w:r>
        <w:t>Administer prescribed medications (if qualified and permitted)</w:t>
      </w:r>
    </w:p>
    <w:p w:rsidR="009D154E" w:rsidRDefault="00000000">
      <w:pPr>
        <w:pStyle w:val="ListBullet"/>
      </w:pPr>
      <w:r>
        <w:t>Provide companionship and emotional support</w:t>
      </w:r>
    </w:p>
    <w:p w:rsidR="009D154E" w:rsidRDefault="00000000">
      <w:pPr>
        <w:pStyle w:val="ListBullet"/>
      </w:pPr>
      <w:r>
        <w:t>Perform light housekeeping tasks (laundry, cleaning, organizing)</w:t>
      </w:r>
    </w:p>
    <w:p w:rsidR="009D154E" w:rsidRDefault="00000000">
      <w:pPr>
        <w:pStyle w:val="ListBullet"/>
      </w:pPr>
      <w:r>
        <w:t>Run errands and assist with transportation to appointments</w:t>
      </w:r>
    </w:p>
    <w:p w:rsidR="009D154E" w:rsidRDefault="00000000">
      <w:pPr>
        <w:pStyle w:val="Heading1"/>
      </w:pPr>
      <w:r>
        <w:t>Qualifications:</w:t>
      </w:r>
    </w:p>
    <w:p w:rsidR="009D154E" w:rsidRDefault="00000000">
      <w:pPr>
        <w:pStyle w:val="ListBullet"/>
      </w:pPr>
      <w:r>
        <w:t>High school diploma or equivalent preferred</w:t>
      </w:r>
    </w:p>
    <w:p w:rsidR="009D154E" w:rsidRDefault="00000000">
      <w:pPr>
        <w:pStyle w:val="ListBullet"/>
      </w:pPr>
      <w:r>
        <w:t>Previous caregiving experience or relevant training (e.g., CNA certification) is a plus</w:t>
      </w:r>
    </w:p>
    <w:p w:rsidR="009D154E" w:rsidRDefault="00000000">
      <w:pPr>
        <w:pStyle w:val="ListBullet"/>
      </w:pPr>
      <w:r>
        <w:t>Compassionate, patient, and reliable</w:t>
      </w:r>
    </w:p>
    <w:p w:rsidR="009D154E" w:rsidRDefault="00000000">
      <w:pPr>
        <w:pStyle w:val="ListBullet"/>
      </w:pPr>
      <w:r>
        <w:t>Ability to lift and assist with mobility needs</w:t>
      </w:r>
    </w:p>
    <w:p w:rsidR="009D154E" w:rsidRDefault="00000000">
      <w:pPr>
        <w:pStyle w:val="ListBullet"/>
      </w:pPr>
      <w:r>
        <w:t>Good communication and interpersonal skills</w:t>
      </w:r>
    </w:p>
    <w:p w:rsidR="009D154E" w:rsidRDefault="00000000">
      <w:pPr>
        <w:pStyle w:val="ListBullet"/>
      </w:pPr>
      <w:r>
        <w:t>Basic knowledge of hygiene and nutrition standards</w:t>
      </w:r>
    </w:p>
    <w:p w:rsidR="009D154E" w:rsidRDefault="00000000">
      <w:pPr>
        <w:pStyle w:val="ListBullet"/>
      </w:pPr>
      <w:r>
        <w:t>Background check and valid driver’s license may be required</w:t>
      </w:r>
    </w:p>
    <w:p w:rsidR="00123C59" w:rsidRDefault="00123C59" w:rsidP="00123C59">
      <w:pPr>
        <w:pStyle w:val="ListBullet"/>
        <w:numPr>
          <w:ilvl w:val="0"/>
          <w:numId w:val="0"/>
        </w:numPr>
        <w:ind w:left="360" w:hanging="360"/>
      </w:pPr>
    </w:p>
    <w:p w:rsidR="00123C59" w:rsidRDefault="00123C59" w:rsidP="00123C59">
      <w:pPr>
        <w:pStyle w:val="ListBullet"/>
        <w:numPr>
          <w:ilvl w:val="0"/>
          <w:numId w:val="0"/>
        </w:numPr>
        <w:ind w:left="360" w:hanging="360"/>
      </w:pPr>
    </w:p>
    <w:p w:rsidR="00123C59" w:rsidRDefault="00123C59" w:rsidP="00123C59">
      <w:pPr>
        <w:pStyle w:val="ListBullet"/>
        <w:numPr>
          <w:ilvl w:val="0"/>
          <w:numId w:val="0"/>
        </w:numPr>
        <w:ind w:left="360" w:hanging="360"/>
      </w:pPr>
    </w:p>
    <w:p w:rsidR="00CC63DA" w:rsidRDefault="00CC63DA" w:rsidP="00CC63DA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  <w:r>
        <w:rPr>
          <w:b/>
          <w:bCs/>
        </w:rPr>
        <w:t>Caregiver</w:t>
      </w:r>
      <w:r w:rsidRPr="007418B1">
        <w:rPr>
          <w:b/>
          <w:bCs/>
        </w:rPr>
        <w:t xml:space="preserve"> Name: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   </w:t>
      </w:r>
      <w:r w:rsidR="005F54FA">
        <w:rPr>
          <w:b/>
          <w:bCs/>
          <w:u w:val="single"/>
        </w:rPr>
        <w:t>Brittany Mott</w:t>
      </w:r>
      <w:r>
        <w:rPr>
          <w:b/>
          <w:bCs/>
          <w:u w:val="single"/>
        </w:rPr>
        <w:tab/>
      </w:r>
      <w:r>
        <w:rPr>
          <w:b/>
          <w:bCs/>
        </w:rPr>
        <w:tab/>
      </w:r>
    </w:p>
    <w:p w:rsidR="00CC63DA" w:rsidRDefault="00CC63DA" w:rsidP="00CC63DA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</w:p>
    <w:p w:rsidR="00CC63DA" w:rsidRDefault="00CC63DA" w:rsidP="00CC63DA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</w:p>
    <w:p w:rsidR="00CC63DA" w:rsidRPr="00324732" w:rsidRDefault="00CC63DA" w:rsidP="00CC63DA">
      <w:pPr>
        <w:tabs>
          <w:tab w:val="left" w:pos="360"/>
          <w:tab w:val="left" w:pos="5400"/>
          <w:tab w:val="left" w:pos="6570"/>
          <w:tab w:val="left" w:pos="8640"/>
        </w:tabs>
        <w:spacing w:after="120" w:line="300" w:lineRule="exact"/>
        <w:rPr>
          <w:b/>
          <w:bCs/>
          <w:u w:val="single"/>
        </w:rPr>
      </w:pPr>
      <w:r>
        <w:rPr>
          <w:b/>
          <w:bCs/>
        </w:rPr>
        <w:t>Signature:</w:t>
      </w:r>
      <w:r>
        <w:rPr>
          <w:b/>
          <w:bCs/>
          <w:u w:val="single"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Signed Date:  </w:t>
      </w:r>
      <w:r>
        <w:rPr>
          <w:b/>
          <w:bCs/>
          <w:u w:val="single"/>
        </w:rPr>
        <w:t xml:space="preserve">      /       /</w:t>
      </w:r>
      <w:r>
        <w:rPr>
          <w:b/>
          <w:bCs/>
          <w:u w:val="single"/>
        </w:rPr>
        <w:tab/>
      </w:r>
    </w:p>
    <w:p w:rsidR="00CC63DA" w:rsidRDefault="00CC63DA" w:rsidP="00123C59">
      <w:pPr>
        <w:pStyle w:val="ListBullet"/>
        <w:numPr>
          <w:ilvl w:val="0"/>
          <w:numId w:val="0"/>
        </w:numPr>
        <w:ind w:left="360" w:hanging="360"/>
      </w:pPr>
    </w:p>
    <w:sectPr w:rsidR="00CC63DA" w:rsidSect="00CC63DA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622E" w:rsidRDefault="002C622E" w:rsidP="00A567FD">
      <w:pPr>
        <w:spacing w:after="0" w:line="240" w:lineRule="auto"/>
      </w:pPr>
      <w:r>
        <w:separator/>
      </w:r>
    </w:p>
  </w:endnote>
  <w:endnote w:type="continuationSeparator" w:id="0">
    <w:p w:rsidR="002C622E" w:rsidRDefault="002C622E" w:rsidP="00A5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622E" w:rsidRDefault="002C622E" w:rsidP="00A567FD">
      <w:pPr>
        <w:spacing w:after="0" w:line="240" w:lineRule="auto"/>
      </w:pPr>
      <w:r>
        <w:separator/>
      </w:r>
    </w:p>
  </w:footnote>
  <w:footnote w:type="continuationSeparator" w:id="0">
    <w:p w:rsidR="002C622E" w:rsidRDefault="002C622E" w:rsidP="00A5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67FD" w:rsidRDefault="00A567FD">
    <w:pPr>
      <w:pStyle w:val="Header"/>
    </w:pPr>
    <w:r>
      <w:rPr>
        <w:noProof/>
      </w:rPr>
      <w:drawing>
        <wp:inline distT="0" distB="0" distL="0" distR="0">
          <wp:extent cx="3749040" cy="701635"/>
          <wp:effectExtent l="0" t="0" r="3810" b="0"/>
          <wp:docPr id="1293279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79659" name="Picture 12932796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49040" cy="701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319814">
    <w:abstractNumId w:val="8"/>
  </w:num>
  <w:num w:numId="2" w16cid:durableId="657267730">
    <w:abstractNumId w:val="6"/>
  </w:num>
  <w:num w:numId="3" w16cid:durableId="690883882">
    <w:abstractNumId w:val="5"/>
  </w:num>
  <w:num w:numId="4" w16cid:durableId="1233929575">
    <w:abstractNumId w:val="4"/>
  </w:num>
  <w:num w:numId="5" w16cid:durableId="1547371852">
    <w:abstractNumId w:val="7"/>
  </w:num>
  <w:num w:numId="6" w16cid:durableId="1588612966">
    <w:abstractNumId w:val="3"/>
  </w:num>
  <w:num w:numId="7" w16cid:durableId="1373190085">
    <w:abstractNumId w:val="2"/>
  </w:num>
  <w:num w:numId="8" w16cid:durableId="882786266">
    <w:abstractNumId w:val="1"/>
  </w:num>
  <w:num w:numId="9" w16cid:durableId="103600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C59"/>
    <w:rsid w:val="0015074B"/>
    <w:rsid w:val="001A714D"/>
    <w:rsid w:val="0029639D"/>
    <w:rsid w:val="002C0101"/>
    <w:rsid w:val="002C622E"/>
    <w:rsid w:val="00326F90"/>
    <w:rsid w:val="00347AD5"/>
    <w:rsid w:val="003E0B8E"/>
    <w:rsid w:val="005F54FA"/>
    <w:rsid w:val="00690189"/>
    <w:rsid w:val="008542B9"/>
    <w:rsid w:val="008F1141"/>
    <w:rsid w:val="008F758C"/>
    <w:rsid w:val="00907889"/>
    <w:rsid w:val="009105AA"/>
    <w:rsid w:val="009D154E"/>
    <w:rsid w:val="00A567FD"/>
    <w:rsid w:val="00AA1D8D"/>
    <w:rsid w:val="00B47730"/>
    <w:rsid w:val="00C25624"/>
    <w:rsid w:val="00CB0664"/>
    <w:rsid w:val="00CC63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18AACC"/>
  <w14:defaultImageDpi w14:val="300"/>
  <w15:docId w15:val="{6AAA3653-9AC1-4DD2-BF0E-08D50355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Jeffrey Fry</cp:lastModifiedBy>
  <cp:revision>7</cp:revision>
  <cp:lastPrinted>2025-05-13T20:29:00Z</cp:lastPrinted>
  <dcterms:created xsi:type="dcterms:W3CDTF">2025-05-09T00:56:00Z</dcterms:created>
  <dcterms:modified xsi:type="dcterms:W3CDTF">2025-06-01T19:38:00Z</dcterms:modified>
  <cp:category/>
</cp:coreProperties>
</file>